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Carta de renuncia</w:t>
      </w:r>
    </w:p>
    <w:p>
      <w:r>
        <w:t>[CIUDAD], [FECHA]</w:t>
      </w:r>
    </w:p>
    <w:p>
      <w:r>
        <w:t>Señores</w:t>
      </w:r>
      <w:r>
        <w:br/>
      </w:r>
      <w:r>
        <w:t>[NOMBRE DE LA EMPRESA]</w:t>
      </w:r>
      <w:r>
        <w:br/>
      </w:r>
      <w:r>
        <w:t>Atención: [NOMBRE DE QUIEN RECIBE O ÁREA DE RECURSOS HUMANOS]</w:t>
      </w:r>
    </w:p>
    <w:p>
      <w:r>
        <w:rPr>
          <w:b/>
        </w:rPr>
        <w:t>Asunto: Renuncia voluntaria</w:t>
      </w:r>
    </w:p>
    <w:p>
      <w:r>
        <w:t>Yo, [TU NOMBRE COMPLETO], identificado(a) con DNI [NÚMERO], en el puesto de [PUESTO], presento mi renuncia voluntaria a mi empleo.</w:t>
      </w:r>
    </w:p>
    <w:p>
      <w:r>
        <w:t>Marca una opción y borra la otra:</w:t>
      </w:r>
    </w:p>
    <w:p>
      <w:r>
        <w:t>( ) Con el aviso de 30 días de anticipación. Mi último día de labores será el [FECHA].</w:t>
      </w:r>
    </w:p>
    <w:p>
      <w:r>
        <w:t>( ) Solicito que me exoneren del plazo de 30 días, con último día de labores el [FECHA]. Si no aceptan, les pido responderme por escrito.</w:t>
      </w:r>
    </w:p>
    <w:p>
      <w:r>
        <w:t>Solicito el pago de mis beneficios sociales y la entrega de mis documentos de cese en el plazo de ley.</w:t>
      </w:r>
    </w:p>
    <w:p>
      <w:r>
        <w:t>Les pido firmar y fechar como recibida la copia que conservo.</w:t>
      </w:r>
    </w:p>
    <w:p>
      <w:r>
        <w:t>Atentamente,</w:t>
      </w:r>
    </w:p>
    <w:p>
      <w:r>
        <w:t>[TU NOMBRE COMPLETO]</w:t>
      </w:r>
      <w:r>
        <w:br/>
      </w:r>
      <w:r>
        <w:t>DNI: [NÚMERO]</w:t>
      </w:r>
      <w:r>
        <w:br/>
      </w:r>
      <w:r>
        <w:t>Firma: ____________________</w:t>
      </w:r>
    </w:p>
    <w:p>
      <w:r>
        <w:t>Recibido el ___/___/______ por: ____________________ (nombre, firma y sello)</w:t>
      </w:r>
    </w:p>
    <w:p>
      <w:pPr>
        <w:pStyle w:val="Heading2"/>
        <w:pageBreakBefore/>
      </w:pPr>
      <w:r>
        <w:t>Para mí: después de entregar</w:t>
      </w:r>
    </w:p>
    <w:p>
      <w:pPr>
        <w:pStyle w:val="ListBullet"/>
      </w:pPr>
      <w:r>
        <w:t>[ ] Entregué dos copias y guardé la mía con fecha de recibido: [FECHA]</w:t>
      </w:r>
    </w:p>
    <w:p>
      <w:pPr>
        <w:pStyle w:val="ListBullet"/>
      </w:pPr>
      <w:r>
        <w:t>[ ] Aviso de 30 días: termina el [FECHA] (TUO del D. Leg. 728, art. 18)</w:t>
      </w:r>
    </w:p>
    <w:p>
      <w:pPr>
        <w:pStyle w:val="ListBullet"/>
      </w:pPr>
      <w:r>
        <w:t>[ ] Si pedí exoneración: si no la rechazan por escrito dentro del tercer día, se entiende aceptada (art. 18)</w:t>
      </w:r>
    </w:p>
    <w:p>
      <w:pPr>
        <w:pStyle w:val="ListBullet"/>
      </w:pPr>
      <w:r>
        <w:t>[ ] Si la rechazan por escrito: trabajo hasta que se cumpla el plazo (Reglamento, D.S. 001-96-TR, art. 27)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renuncia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