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Invändning mot ett krav hos Kronofogden</w:t>
      </w:r>
    </w:p>
    <w:p>
      <w:r>
        <w:t>Kontrollera först i brevet: har Kronofogden redan fattat ett beslut (utslag)? Då gäller inte den här invändningen, utan återvinning hos tingsrätten.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153"/>
        <w:gridCol w:w="4153"/>
      </w:tblGrid>
      <w:tr>
        <w:tc>
          <w:tcPr>
            <w:tcW w:type="dxa" w:w="4153"/>
          </w:tcPr>
          <w:p>
            <w:r>
              <w:rPr>
                <w:b/>
              </w:rPr>
              <w:t>Det Kronofogden behöver</w:t>
            </w:r>
          </w:p>
        </w:tc>
        <w:tc>
          <w:tcPr>
            <w:tcW w:type="dxa" w:w="4153"/>
          </w:tcPr>
          <w:p>
            <w:r>
              <w:rPr>
                <w:b/>
              </w:rPr>
              <w:t>Mitt</w:t>
            </w:r>
          </w:p>
        </w:tc>
      </w:tr>
      <w:tr>
        <w:tc>
          <w:tcPr>
            <w:tcW w:type="dxa" w:w="4153"/>
          </w:tcPr>
          <w:p>
            <w:r>
              <w:t>Målnummer</w:t>
            </w:r>
          </w:p>
        </w:tc>
        <w:tc>
          <w:tcPr>
            <w:tcW w:type="dxa" w:w="4153"/>
          </w:tcPr>
          <w:p>
            <w:r>
              <w:t>[MÅLNUMMER]</w:t>
            </w:r>
          </w:p>
        </w:tc>
      </w:tr>
      <w:tr>
        <w:tc>
          <w:tcPr>
            <w:tcW w:type="dxa" w:w="4153"/>
          </w:tcPr>
          <w:p>
            <w:r>
              <w:t>Sökande (den som kräver)</w:t>
            </w:r>
          </w:p>
        </w:tc>
        <w:tc>
          <w:tcPr>
            <w:tcW w:type="dxa" w:w="4153"/>
          </w:tcPr>
          <w:p>
            <w:r>
              <w:t>[SÖKANDENS NAMN]</w:t>
            </w:r>
          </w:p>
        </w:tc>
      </w:tr>
      <w:tr>
        <w:tc>
          <w:tcPr>
            <w:tcW w:type="dxa" w:w="4153"/>
          </w:tcPr>
          <w:p>
            <w:r>
              <w:t>Kravet och beloppet</w:t>
            </w:r>
          </w:p>
        </w:tc>
        <w:tc>
          <w:tcPr>
            <w:tcW w:type="dxa" w:w="4153"/>
          </w:tcPr>
          <w:p>
            <w:r>
              <w:t>[KRAVET]</w:t>
            </w:r>
          </w:p>
        </w:tc>
      </w:tr>
      <w:tr>
        <w:tc>
          <w:tcPr>
            <w:tcW w:type="dxa" w:w="4153"/>
          </w:tcPr>
          <w:p>
            <w:r>
              <w:t>Sista dag enligt brevet</w:t>
            </w:r>
          </w:p>
        </w:tc>
        <w:tc>
          <w:tcPr>
            <w:tcW w:type="dxa" w:w="4153"/>
          </w:tcPr>
          <w:p>
            <w:r>
              <w:t>[DATUM]</w:t>
            </w:r>
          </w:p>
        </w:tc>
      </w:tr>
      <w:tr>
        <w:tc>
          <w:tcPr>
            <w:tcW w:type="dxa" w:w="4153"/>
          </w:tcPr>
          <w:p>
            <w:r>
              <w:t>Jag bestrider</w:t>
            </w:r>
          </w:p>
        </w:tc>
        <w:tc>
          <w:tcPr>
            <w:tcW w:type="dxa" w:w="4153"/>
          </w:tcPr>
          <w:p>
            <w:r>
              <w:t>[HELA KRAVET / DELEN SOM GÄLLER …]</w:t>
            </w:r>
          </w:p>
        </w:tc>
      </w:tr>
      <w:tr>
        <w:tc>
          <w:tcPr>
            <w:tcW w:type="dxa" w:w="4153"/>
          </w:tcPr>
          <w:p>
            <w:r>
              <w:t>Bevis som bifogas</w:t>
            </w:r>
          </w:p>
        </w:tc>
        <w:tc>
          <w:tcPr>
            <w:tcW w:type="dxa" w:w="4153"/>
          </w:tcPr>
          <w:p>
            <w:r>
              <w:t>[DOKUMENT]</w:t>
            </w:r>
          </w:p>
        </w:tc>
      </w:tr>
    </w:tbl>
    <w:p/>
    <w:p>
      <w:pPr>
        <w:pStyle w:val="ListBullet"/>
      </w:pPr>
      <w:r>
        <w:t>[ ] Svarade att jag har fått kravet den [DATUM]</w:t>
      </w:r>
    </w:p>
    <w:p>
      <w:pPr>
        <w:pStyle w:val="ListBullet"/>
      </w:pPr>
      <w:r>
        <w:t>[ ] Skickade invändningen den [DATUM], via [E-TJÄNST / BLANKETT / E-POST / BREV]</w:t>
      </w:r>
    </w:p>
    <w:p>
      <w:pPr>
        <w:pStyle w:val="ListBullet"/>
      </w:pPr>
      <w:r>
        <w:t>[ ] Sparade en kopia</w:t>
      </w:r>
    </w:p>
    <w:p>
      <w:pPr>
        <w:pStyle w:val="Heading2"/>
        <w:pageBreakBefore/>
      </w:pPr>
      <w:r>
        <w:t>Invändning</w:t>
      </w:r>
    </w:p>
    <w:p>
      <w:r>
        <w:t>[FULLSTÄNDIGT NAMN]</w:t>
      </w:r>
      <w:r>
        <w:br/>
      </w:r>
      <w:r>
        <w:t>Personnummer: [PERSONNUMMER]</w:t>
      </w:r>
      <w:r>
        <w:br/>
      </w:r>
      <w:r>
        <w:t>[ADRESS] · [TELEFON] · [E-POST]</w:t>
      </w:r>
    </w:p>
    <w:p>
      <w:r>
        <w:t>Till: Kronofogden</w:t>
      </w:r>
    </w:p>
    <w:p>
      <w:r>
        <w:t>[DATUM]</w:t>
      </w:r>
    </w:p>
    <w:p>
      <w:r>
        <w:rPr>
          <w:b/>
        </w:rPr>
        <w:t>Invändning i mål [MÅLNUMMER], [SÖKANDENS NAMN] mot [MITT NAMN]</w:t>
      </w:r>
    </w:p>
    <w:p>
      <w:r>
        <w:t>Jag bestrider [HELA KRAVET / DEN DEL AV KRAVET SOM GÄLLER …].</w:t>
      </w:r>
    </w:p>
    <w:p>
      <w:r>
        <w:rPr>
          <w:b/>
        </w:rPr>
        <w:t>Varför kravet är fel</w:t>
      </w:r>
    </w:p>
    <w:p>
      <w:r>
        <w:t>[VAD SOM HAR HÄNT, MED DATUM. TILL EXEMPEL: JAG HAR REDAN BETALAT, JAG HAR ALDRIG BESTÄLLT TJÄNSTEN, BELOPPET ÄR FEL.]</w:t>
      </w:r>
    </w:p>
    <w:p>
      <w:r>
        <w:t>[OM DU HAR BETALAT EN DEL: JAG HAR BETALAT [BELOPP] KR DEN [DATUM]. RESTEN BESTRIDER JAG.]</w:t>
      </w:r>
    </w:p>
    <w:p>
      <w:r>
        <w:rPr>
          <w:b/>
        </w:rPr>
        <w:t>Bilagor</w:t>
      </w:r>
    </w:p>
    <w:p>
      <w:pPr>
        <w:pStyle w:val="ListNumber"/>
      </w:pPr>
      <w:r>
        <w:t>[DOKUMENT, TILL EXEMPEL KVITTO, AVTAL, E-POST]</w:t>
      </w:r>
    </w:p>
    <w:p>
      <w:pPr>
        <w:pStyle w:val="ListNumber"/>
      </w:pPr>
      <w:r>
        <w:t>[DOKUMENT]</w:t>
      </w:r>
    </w:p>
    <w:p>
      <w:r>
        <w:t>Med vänlig hälsning</w:t>
      </w:r>
    </w:p>
    <w:p>
      <w:r>
        <w:t>[FULLSTÄNDIGT NAMN]</w:t>
      </w:r>
      <w:r>
        <w:br/>
      </w:r>
      <w:r>
        <w:t>Underskrift: ____________________</w:t>
      </w:r>
    </w:p>
    <w:sectPr w:rsidR="00FC693F" w:rsidRPr="0006063C" w:rsidSect="00034616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cs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="Arial" w:hAnsi="Arial" w:cs="Arial" w:eastAsia="Arial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Arial" w:hAnsi="Arial" w:cs="Arial" w:eastAsia="Arial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Arial" w:hAnsi="Arial" w:cs="Arial" w:eastAsia="Arial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Invändning mot ett krav hos Kronofogden</dc:title>
  <dc:subject/>
  <dc:creator>Layers (layers.md)</dc:creator>
  <cp:keywords/>
  <dc:description>CC BY 4.0 · © Layers (layers.md)</dc:description>
  <cp:lastModifiedBy/>
  <cp:revision>1</cp:revision>
  <dcterms:created xsi:type="dcterms:W3CDTF">2026-10-29T00:00:00Z</dcterms:created>
  <dcterms:modified xsi:type="dcterms:W3CDTF">2026-10-29T00:00:00Z</dcterms:modified>
  <cp:category/>
</cp:coreProperties>
</file>