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Autorización a gestor para el Certificado de Antecedentes Penales</w:t>
      </w:r>
    </w:p>
    <w:p>
      <w:r>
        <w:t>[CIUDAD], [FECHA]</w:t>
      </w:r>
    </w:p>
    <w:p>
      <w:r>
        <w:t>A: División de Expedición de Certificados de Antecedentes Penales</w:t>
      </w:r>
      <w:r>
        <w:br/>
      </w:r>
      <w:r>
        <w:t>Policía de Puerto Rico</w:t>
      </w:r>
    </w:p>
    <w:p>
      <w:r>
        <w:t>Yo, [NOMBRE COMPLETO DEL SOLICITANTE], mayor de edad, con [TIPO DE IDENTIFICACIÓN] número [NÚMERO DE IDENTIFICACIÓN], con dirección en [DIRECCIÓN], autorizo a [NOMBRE COMPLETO DEL GESTOR], con [TIPO DE IDENTIFICACIÓN DEL GESTOR] número [NÚMERO DE IDENTIFICACIÓN DEL GESTOR], a tramitar, buscar y recoger en mi nombre mi Certificado de Antecedentes Penales.</w:t>
      </w:r>
    </w:p>
    <w:p>
      <w:r>
        <w:t>Esta autorización vale solo para este trámite y hasta el [FECHA FINAL].</w:t>
      </w:r>
    </w:p>
    <w:p>
      <w:r>
        <w:t>Adjunto copia de mi identificación con foto y firma.</w:t>
      </w:r>
    </w:p>
    <w:p>
      <w:r>
        <w:t>Teléfono de contacto: [TELÉFONO]</w:t>
      </w:r>
    </w:p>
    <w:p>
      <w:r>
        <w:t>[FIRMA DEL SOLICITANTE]</w:t>
      </w:r>
    </w:p>
    <w:p>
      <w:r>
        <w:t>[NOMBRE COMPLETO DEL SOLICITANTE]</w:t>
      </w:r>
    </w:p>
    <w:p>
      <w:r>
        <w:t>Acepto esta gestión:</w:t>
      </w:r>
    </w:p>
    <w:p>
      <w:r>
        <w:t>[FIRMA DEL GESTOR]</w:t>
      </w:r>
    </w:p>
    <w:p>
      <w:r>
        <w:t>[NOMBRE COMPLETO DEL GESTOR]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P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a gestor para el Certificado de Antecedentes Penales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