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Request for recommendation: provisional certificate or transcript</w:t>
      </w:r>
    </w:p>
    <w:p>
      <w:r>
        <w:t>Date: [DATE]</w:t>
      </w:r>
    </w:p>
    <w:p>
      <w:r>
        <w:t>To</w:t>
      </w:r>
      <w:r>
        <w:br/>
      </w:r>
      <w:r>
        <w:t>The Principal</w:t>
      </w:r>
      <w:r>
        <w:br/>
      </w:r>
      <w:r>
        <w:t>[COLLEGE NAME]</w:t>
      </w:r>
      <w:r>
        <w:br/>
      </w:r>
      <w:r>
        <w:t>[COLLEGE ADDRESS]</w:t>
      </w:r>
    </w:p>
    <w:p>
      <w:r>
        <w:rPr>
          <w:b/>
        </w:rPr>
        <w:t>Subject: Recommendation of my application for a [PROVISIONAL CERTIFICATE / ACADEMIC TRANSCRIPT] to the Controller of Examinations, National University, Gazipur</w:t>
      </w:r>
    </w:p>
    <w:p>
      <w:r>
        <w:t>Respected Sir/Madam,</w:t>
      </w:r>
    </w:p>
    <w:p>
      <w:r>
        <w:t>I am a student of your college. I passed the [NAME OF EXAMINATION] examination held in [YEAR] under National University. I need my [PROVISIONAL CERTIFICATE / ACADEMIC TRANSCRIPT] for [PURPOSE].</w:t>
      </w:r>
    </w:p>
    <w:p>
      <w:r>
        <w:t>National University accepts this application online only with the recommendation of the Principal of the college. I therefore request you to sign and seal my application on the prescribed form, attest my photograph and recommend it to the Controller of Examinations.</w:t>
      </w:r>
    </w:p>
    <w:p>
      <w:r>
        <w:t>My details: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153"/>
        <w:gridCol w:w="4153"/>
      </w:tblGrid>
      <w:tr>
        <w:tc>
          <w:tcPr>
            <w:tcW w:type="dxa" w:w="4153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153"/>
          </w:tcPr>
          <w:p>
            <w:r>
              <w:rPr>
                <w:b/>
              </w:rPr>
              <w:t>Details</w:t>
            </w:r>
          </w:p>
        </w:tc>
      </w:tr>
      <w:tr>
        <w:tc>
          <w:tcPr>
            <w:tcW w:type="dxa" w:w="4153"/>
          </w:tcPr>
          <w:p>
            <w:r>
              <w:t>Name (block letters, as on the registration card)</w:t>
            </w:r>
          </w:p>
        </w:tc>
        <w:tc>
          <w:tcPr>
            <w:tcW w:type="dxa" w:w="4153"/>
          </w:tcPr>
          <w:p>
            <w:r>
              <w:t>[FULL NAME]</w:t>
            </w:r>
          </w:p>
        </w:tc>
      </w:tr>
      <w:tr>
        <w:tc>
          <w:tcPr>
            <w:tcW w:type="dxa" w:w="4153"/>
          </w:tcPr>
          <w:p>
            <w:r>
              <w:t>Father’s name</w:t>
            </w:r>
          </w:p>
        </w:tc>
        <w:tc>
          <w:tcPr>
            <w:tcW w:type="dxa" w:w="4153"/>
          </w:tcPr>
          <w:p>
            <w:r>
              <w:t>[FATHER’S NAME]</w:t>
            </w:r>
          </w:p>
        </w:tc>
      </w:tr>
      <w:tr>
        <w:tc>
          <w:tcPr>
            <w:tcW w:type="dxa" w:w="4153"/>
          </w:tcPr>
          <w:p>
            <w:r>
              <w:t>Mother’s name</w:t>
            </w:r>
          </w:p>
        </w:tc>
        <w:tc>
          <w:tcPr>
            <w:tcW w:type="dxa" w:w="4153"/>
          </w:tcPr>
          <w:p>
            <w:r>
              <w:t>[MOTHER’S NAME]</w:t>
            </w:r>
          </w:p>
        </w:tc>
      </w:tr>
      <w:tr>
        <w:tc>
          <w:tcPr>
            <w:tcW w:type="dxa" w:w="4153"/>
          </w:tcPr>
          <w:p>
            <w:r>
              <w:t>Examination</w:t>
            </w:r>
          </w:p>
        </w:tc>
        <w:tc>
          <w:tcPr>
            <w:tcW w:type="dxa" w:w="4153"/>
          </w:tcPr>
          <w:p>
            <w:r>
              <w:t>[NAME OF EXAMINATION]</w:t>
            </w:r>
          </w:p>
        </w:tc>
      </w:tr>
      <w:tr>
        <w:tc>
          <w:tcPr>
            <w:tcW w:type="dxa" w:w="4153"/>
          </w:tcPr>
          <w:p>
            <w:r>
              <w:t>Subject</w:t>
            </w:r>
          </w:p>
        </w:tc>
        <w:tc>
          <w:tcPr>
            <w:tcW w:type="dxa" w:w="4153"/>
          </w:tcPr>
          <w:p>
            <w:r>
              <w:t>[SUBJECT]</w:t>
            </w:r>
          </w:p>
        </w:tc>
      </w:tr>
      <w:tr>
        <w:tc>
          <w:tcPr>
            <w:tcW w:type="dxa" w:w="4153"/>
          </w:tcPr>
          <w:p>
            <w:r>
              <w:t>Session</w:t>
            </w:r>
          </w:p>
        </w:tc>
        <w:tc>
          <w:tcPr>
            <w:tcW w:type="dxa" w:w="4153"/>
          </w:tcPr>
          <w:p>
            <w:r>
              <w:t>[SESSION]</w:t>
            </w:r>
          </w:p>
        </w:tc>
      </w:tr>
      <w:tr>
        <w:tc>
          <w:tcPr>
            <w:tcW w:type="dxa" w:w="4153"/>
          </w:tcPr>
          <w:p>
            <w:r>
              <w:t>Registration number</w:t>
            </w:r>
          </w:p>
        </w:tc>
        <w:tc>
          <w:tcPr>
            <w:tcW w:type="dxa" w:w="4153"/>
          </w:tcPr>
          <w:p>
            <w:r>
              <w:t>[REGISTRATION NUMBER]</w:t>
            </w:r>
          </w:p>
        </w:tc>
      </w:tr>
      <w:tr>
        <w:tc>
          <w:tcPr>
            <w:tcW w:type="dxa" w:w="4153"/>
          </w:tcPr>
          <w:p>
            <w:r>
              <w:t>Roll number</w:t>
            </w:r>
          </w:p>
        </w:tc>
        <w:tc>
          <w:tcPr>
            <w:tcW w:type="dxa" w:w="4153"/>
          </w:tcPr>
          <w:p>
            <w:r>
              <w:t>[ROLL NUMBER]</w:t>
            </w:r>
          </w:p>
        </w:tc>
      </w:tr>
      <w:tr>
        <w:tc>
          <w:tcPr>
            <w:tcW w:type="dxa" w:w="4153"/>
          </w:tcPr>
          <w:p>
            <w:r>
              <w:t>Year of passing</w:t>
            </w:r>
          </w:p>
        </w:tc>
        <w:tc>
          <w:tcPr>
            <w:tcW w:type="dxa" w:w="4153"/>
          </w:tcPr>
          <w:p>
            <w:r>
              <w:t>[YEAR]</w:t>
            </w:r>
          </w:p>
        </w:tc>
      </w:tr>
      <w:tr>
        <w:tc>
          <w:tcPr>
            <w:tcW w:type="dxa" w:w="4153"/>
          </w:tcPr>
          <w:p>
            <w:r>
              <w:t>Result</w:t>
            </w:r>
          </w:p>
        </w:tc>
        <w:tc>
          <w:tcPr>
            <w:tcW w:type="dxa" w:w="4153"/>
          </w:tcPr>
          <w:p>
            <w:r>
              <w:t>[CGPA OR CLASS]</w:t>
            </w:r>
          </w:p>
        </w:tc>
      </w:tr>
      <w:tr>
        <w:tc>
          <w:tcPr>
            <w:tcW w:type="dxa" w:w="4153"/>
          </w:tcPr>
          <w:p>
            <w:r>
              <w:t>Mobile number on the NU portal</w:t>
            </w:r>
          </w:p>
        </w:tc>
        <w:tc>
          <w:tcPr>
            <w:tcW w:type="dxa" w:w="4153"/>
          </w:tcPr>
          <w:p>
            <w:r>
              <w:t>[MOBILE NUMBER]</w:t>
            </w:r>
          </w:p>
        </w:tc>
      </w:tr>
      <w:tr>
        <w:tc>
          <w:tcPr>
            <w:tcW w:type="dxa" w:w="4153"/>
          </w:tcPr>
          <w:p>
            <w:r>
              <w:t>E-mail</w:t>
            </w:r>
          </w:p>
        </w:tc>
        <w:tc>
          <w:tcPr>
            <w:tcW w:type="dxa" w:w="4153"/>
          </w:tcPr>
          <w:p>
            <w:r>
              <w:t>[E-MAIL]</w:t>
            </w:r>
          </w:p>
        </w:tc>
      </w:tr>
    </w:tbl>
    <w:p/>
    <w:p>
      <w:r>
        <w:t>I declare that the information above is correct.</w:t>
      </w:r>
    </w:p>
    <w:p>
      <w:r>
        <w:t>Yours faithfully,</w:t>
      </w:r>
    </w:p>
    <w:p>
      <w:r>
        <w:t>[SIGNATURE]</w:t>
      </w:r>
      <w:r>
        <w:br/>
      </w:r>
      <w:r>
        <w:t>[FULL NAME]</w:t>
      </w:r>
      <w:r>
        <w:br/>
      </w:r>
      <w:r>
        <w:t>[PRESENT ADDRESS]</w:t>
      </w:r>
    </w:p>
    <w:p>
      <w:r>
        <w:t>Enclosures: National University application form with my photograph; copies of the documents listed below.</w:t>
      </w:r>
    </w:p>
    <w:p>
      <w:pPr>
        <w:pStyle w:val="Heading2"/>
        <w:pageBreakBefore/>
      </w:pPr>
      <w:r>
        <w:t>Scans to upload (colour)</w:t>
      </w:r>
    </w:p>
    <w:p>
      <w:r>
        <w:rPr>
          <w:b/>
        </w:rPr>
        <w:t>Provisional certificate, Tk 500</w:t>
      </w:r>
    </w:p>
    <w:p>
      <w:pPr>
        <w:pStyle w:val="ListBullet"/>
      </w:pPr>
      <w:r>
        <w:t>☐ Application on the prescribed form, with photo and the Principal’s recommendation</w:t>
      </w:r>
    </w:p>
    <w:p>
      <w:pPr>
        <w:pStyle w:val="ListBullet"/>
      </w:pPr>
      <w:r>
        <w:t>☐ Registration card</w:t>
      </w:r>
    </w:p>
    <w:p>
      <w:pPr>
        <w:pStyle w:val="ListBullet"/>
      </w:pPr>
      <w:r>
        <w:t>☐ Admit card of the final year</w:t>
      </w:r>
    </w:p>
    <w:p>
      <w:pPr>
        <w:pStyle w:val="ListBullet"/>
      </w:pPr>
      <w:r>
        <w:t>☐ Online result (consolidated)</w:t>
      </w:r>
    </w:p>
    <w:p>
      <w:r>
        <w:rPr>
          <w:b/>
        </w:rPr>
        <w:t>Transcript, Tk 700 (second copy Tk 500)</w:t>
      </w:r>
    </w:p>
    <w:p>
      <w:pPr>
        <w:pStyle w:val="ListBullet"/>
      </w:pPr>
      <w:r>
        <w:t>☐ Application on the prescribed form, with photo and the Principal’s recommendation</w:t>
      </w:r>
    </w:p>
    <w:p>
      <w:pPr>
        <w:pStyle w:val="ListBullet"/>
      </w:pPr>
      <w:r>
        <w:t>☐ Registration card</w:t>
      </w:r>
    </w:p>
    <w:p>
      <w:pPr>
        <w:pStyle w:val="ListBullet"/>
      </w:pPr>
      <w:r>
        <w:t>☐ Admit card of every year</w:t>
      </w:r>
    </w:p>
    <w:p>
      <w:pPr>
        <w:pStyle w:val="ListBullet"/>
      </w:pPr>
      <w:r>
        <w:t>☐ Marksheet</w:t>
      </w:r>
    </w:p>
    <w:p>
      <w:pPr>
        <w:pStyle w:val="ListBullet"/>
      </w:pPr>
      <w:r>
        <w:t>☐ Original or provisional certificate</w:t>
      </w:r>
    </w:p>
    <w:p>
      <w:pPr>
        <w:pStyle w:val="ListBullet"/>
      </w:pPr>
      <w:r>
        <w:t>☐ HSC certificate</w:t>
      </w:r>
    </w:p>
    <w:p>
      <w:pPr>
        <w:pStyle w:val="ListBullet"/>
      </w:pPr>
      <w:r>
        <w:t>☐ For a Masters transcript: Honours certificate or Preliminary marksheet</w:t>
      </w:r>
    </w:p>
    <w:p>
      <w:pPr>
        <w:pStyle w:val="Heading2"/>
      </w:pPr>
      <w:r>
        <w:t>Steps</w:t>
      </w:r>
    </w:p>
    <w:p>
      <w:pPr>
        <w:pStyle w:val="ListNumber"/>
      </w:pPr>
      <w:r>
        <w:t>Sign up on the student login at nu.ac.bd. Your user ID and password arrive by SMS after the mobile and e-mail OTP.</w:t>
      </w:r>
    </w:p>
    <w:p>
      <w:pPr>
        <w:pStyle w:val="ListNumber"/>
      </w:pPr>
      <w:r>
        <w:t>Log in, open Exam Service (apply) and choose the service.</w:t>
      </w:r>
    </w:p>
    <w:p>
      <w:pPr>
        <w:pStyle w:val="ListNumber"/>
      </w:pPr>
      <w:r>
        <w:t>Upload the scans and submit.</w:t>
      </w:r>
    </w:p>
    <w:p>
      <w:pPr>
        <w:pStyle w:val="ListNumber"/>
      </w:pPr>
      <w:r>
        <w:t>Download the payslip and pay it at a branch of the bank named on it, or by mobile banking. Keep the receipt.</w:t>
      </w:r>
    </w:p>
    <w:p>
      <w:pPr>
        <w:pStyle w:val="ListNumber"/>
      </w:pPr>
      <w:r>
        <w:t>Wait for the SMS and e-mail, then collect the document at the One Stop Service Center, in person.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recommendation: provisional certificate or transcript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