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Anställningsavtal</w:t>
      </w:r>
    </w:p>
    <w:p>
      <w:r>
        <w:rPr>
          <w:b/>
        </w:rPr>
        <w:t>Arbetsgivare:</w:t>
      </w:r>
      <w:r>
        <w:t xml:space="preserve"> [FÖRETAGETS NAMN], org.nr [NUMMER], [ADRESS]</w:t>
      </w:r>
      <w:r>
        <w:br/>
      </w:r>
      <w:r>
        <w:rPr>
          <w:b/>
        </w:rPr>
        <w:t>Arbetstagare:</w:t>
      </w:r>
      <w:r>
        <w:t xml:space="preserve"> [FÖRNAMN EFTERNAMN], [ADRESS]</w:t>
      </w:r>
    </w:p>
    <w:p>
      <w:r>
        <w:rPr>
          <w:b/>
        </w:rPr>
        <w:t>1. Tillträdesdag och arbetsplats.</w:t>
      </w:r>
      <w:r>
        <w:t xml:space="preserve"> Anställningen börjar [DATUM]. Arbetsplats: [ADRESS / OLIKA PLATSER].</w:t>
      </w:r>
    </w:p>
    <w:p>
      <w:r>
        <w:rPr>
          <w:b/>
        </w:rPr>
        <w:t>2. Arbetsuppgifter och titel.</w:t>
      </w:r>
      <w:r>
        <w:t xml:space="preserve"> [YRKESTITEL]. [KORT BESKRIVNING AV ARBETSUPPGIFTERNA].</w:t>
      </w:r>
    </w:p>
    <w:p>
      <w:r>
        <w:rPr>
          <w:b/>
        </w:rPr>
        <w:t>3. Anställningsform.</w:t>
      </w:r>
      <w:r>
        <w:t xml:space="preserve"> Kryssa i ett alternativ och ta bort de andra:</w:t>
      </w:r>
    </w:p>
    <w:p>
      <w:r>
        <w:t>( ) Tillsvidare. Uppsägningstid: [ENLIGT LAS / KOLLEKTIVAVTAL].</w:t>
      </w:r>
    </w:p>
    <w:p>
      <w:r>
        <w:t>( ) Provanställning [ANTAL] månader (högst sex), från [DATUM] till [DATUM].</w:t>
      </w:r>
    </w:p>
    <w:p>
      <w:r>
        <w:t>( ) Tidsbegränsad [SÄRSKILD VISSTIDSANSTÄLLNING / VIKARIAT / SÄSONGSARBETE] till och med [DATUM].</w:t>
      </w:r>
    </w:p>
    <w:p>
      <w:r>
        <w:rPr>
          <w:b/>
        </w:rPr>
        <w:t>4. Lön.</w:t>
      </w:r>
      <w:r>
        <w:t xml:space="preserve"> Begynnelselön [BELOPP] kr per [MÅNAD / TIMME]. Andra löneförmåner: [FÖRMÅNER]. Utbetalning [DAG I MÅNADEN] till [KONTO].</w:t>
      </w:r>
    </w:p>
    <w:p>
      <w:r>
        <w:rPr>
          <w:b/>
        </w:rPr>
        <w:t>5. Arbetstid.</w:t>
      </w:r>
      <w:r>
        <w:t xml:space="preserve"> [TIMMAR] timmar per vecka, [FÖRLÄGGNING]. Övertid/mertid och ersättning: [VILLKOR]. Minsta tid för besked om arbetstidens förläggning: [DAGAR].</w:t>
      </w:r>
    </w:p>
    <w:p>
      <w:r>
        <w:rPr>
          <w:b/>
        </w:rPr>
        <w:t>6. Semester.</w:t>
      </w:r>
      <w:r>
        <w:t xml:space="preserve"> [ANTAL] dagar betald semester per år.</w:t>
      </w:r>
    </w:p>
    <w:p>
      <w:r>
        <w:rPr>
          <w:b/>
        </w:rPr>
        <w:t>7. Utbildning.</w:t>
      </w:r>
      <w:r>
        <w:t xml:space="preserve"> [RÄTT TILL UTBILDNING SOM ARBETSGIVAREN ERBJUDER / INGEN].</w:t>
      </w:r>
    </w:p>
    <w:p>
      <w:r>
        <w:rPr>
          <w:b/>
        </w:rPr>
        <w:t>8. Avslut av anställningen.</w:t>
      </w:r>
      <w:r>
        <w:t xml:space="preserve"> [REGLER OCH UPPSÄGNINGSTIDER].</w:t>
      </w:r>
    </w:p>
    <w:p>
      <w:r>
        <w:rPr>
          <w:b/>
        </w:rPr>
        <w:t>9. Socialt skydd.</w:t>
      </w:r>
      <w:r>
        <w:t xml:space="preserve"> Arbetsgivaravgifter betalas till staten. [TJÄNSTEPENSION / FÖRSÄKRINGAR].</w:t>
      </w:r>
    </w:p>
    <w:p>
      <w:r>
        <w:rPr>
          <w:b/>
        </w:rPr>
        <w:t>10. Kollektivavtal.</w:t>
      </w:r>
      <w:r>
        <w:t xml:space="preserve"> [NAMN / INGET].</w:t>
      </w:r>
    </w:p>
    <w:p>
      <w:r>
        <w:t>[ORT], [DATUM]</w:t>
      </w:r>
    </w:p>
    <w:p>
      <w:r>
        <w:t>Arbetsgivare: ____________________</w:t>
      </w:r>
      <w:r>
        <w:br/>
      </w:r>
      <w:r>
        <w:t>Arbetstagare: ____________________</w:t>
      </w:r>
    </w:p>
    <w:p>
      <w:pPr>
        <w:pStyle w:val="Heading2"/>
        <w:pageBreakBefore/>
      </w:pPr>
      <w:r>
        <w:t>För mig</w:t>
      </w:r>
    </w:p>
    <w:p>
      <w:pPr>
        <w:pStyle w:val="ListBullet"/>
      </w:pPr>
      <w:r>
        <w:t>[ ] Fått informationen senast dag 7 (6 c § LAS)</w:t>
      </w:r>
    </w:p>
    <w:p>
      <w:pPr>
        <w:pStyle w:val="ListBullet"/>
      </w:pPr>
      <w:r>
        <w:t>[ ] Prövotid högst sex månader (6 §)</w:t>
      </w:r>
    </w:p>
    <w:p>
      <w:pPr>
        <w:pStyle w:val="ListBullet"/>
      </w:pPr>
      <w:r>
        <w:t>[ ] Min underskrivna kopia: [DATUM]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Anställningsavtal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